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עם מילה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השורש?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יש את השורש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 משותף אך לא תמיד אותו 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(למ"ד)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- מוצאים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שלוש אותיות שחוזרות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מילים נוספות עם אותן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זוהה שורש נכון ונכתבו שלוש מילים מתאימות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שהשורש הוא שלוש אותיות חוזרות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עם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פשוט של שלבי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בכמה דוגמאות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לומר את המילים בקול כדי לשמוע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אפשר לעבוד בזוגות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מציאת השורש של מילים, ונראה איך מילים שונות שייכות לאותה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כותב  ·  שומר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מה השורש?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כּוֹתֵב?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שׁוֹמֵר?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למ"ד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כּוֹתֵב, מִכְתָּב וּכְתִיבָה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מאותה משפחה תמיד נשמעות בדיוק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מכתב לסבא.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השומר __________ על הכיתה כל 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שמ"ר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- מוצאים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על מילים נוספות עם אותן אותיות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שלוש אותיות שחוזרות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אחד (כת"ב, שמ"ר, למ"ד או שח"ק) וכתבו שלוש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מאותה 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