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מילה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יש את השורש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רוב השורשים בעברית בנויים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שולחן אינו שייך למשפחת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 משותף אך לא תמיד אותו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(שח"ק)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(גד"ל)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- מוצאים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מילים נוספות עם אותן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שמים את המילה בקבוצה המתאימה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זוהה שורש נכון ונכתבו שלוש מילים מתאימות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מתאים לנושא ומשפט שבו מילה מהמשפחה שח"ק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שהשורש הוא שלוש אותיות חוזרות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עם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פשוט של שלבי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בכמה דוגמאות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לומר את המילים בקול כדי לשמוע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אפשר לעבוד בזוגות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מה זה שורש. נמצא מילים שדומות אחת לשנייה, ונכתוב אותן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שׁוֹרֶשׁ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בכמה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מִשְׁפַּחַת מִלִּים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שיש בהן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שמרכיב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מִלָּה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אותיות שיש לו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כוֹתֵב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פעולת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שׁוֹמֵר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פעולת שמירה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לוֹמֵד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פעולת לימוד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מְשַׂחֵק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פעולת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מתאים למילה 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מתאים למילה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שורש מתאים למילה שומר?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שורש מתאים למילה מגדיל?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למ"ד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כּוֹתֵב, מִכְתָּב וּכְתִיבָה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שורש יש בדרך כלל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שֻׁלְחָן שייכת למשפחת השורש למ"ד.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מכתב לסבא.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השומר __________ על הכיתה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__________ בחצר אחרי הלימודים.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 __________ שיעור חדש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שח"ק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- מוצאים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מילים נוספות עם אותן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המילה בקבוצה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שלוש אותיות שחוזרות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(כת"ב, שמ"ר, למ"ד או שח"ק) וכתבו שלוש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ציור וכתבו לידו משפט עם מילה מהמשפחה של שח"ק.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מוצאים את השורש של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