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קוראים ונהנים – 4 עולמות בניקוד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משפחות מילים ושורשים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שורש משותף במילים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לבנות משפחת מילים מאותו שורש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לכתוב משפט עם מילה מהמשפחה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בחירה - מה השורש?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כת"ב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למ"ד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שמ"ר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גד"ל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לכולן יש את השורש כת"ב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רוב השורשים בעברית בנויים משלוש אותיות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שולחן אינו שייך למשפחת למ"ד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יש להן שורש משותף אך לא תמיד אותו צליל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המשפט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כותב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שומר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משחקים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לומד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 - מילה לשורש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(כת"ב)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(שמ"ר)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(למ"ד)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(שח"ק)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(גד"ל)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מה קודם למה? - מוצאים את השורש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קוראים את המילה בקול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מחפשים שלוש אותיות שחוזרות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חושבים על מילים נוספות עם אותן אותיות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שמים את המילה בקבוצה המתאימה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כותבים ויוצרים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זוהה שורש נכון ונכתבו שלוש מילים מתאימות מאותה משפחה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ציור מתאים לנושא ומשפט שבו מילה מהמשפחה שח"ק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הבנה שהשורש הוא שלוש אותיות חוזרות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דוגמה נכונה של שתי מילים עם שורש משותף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תיאור פשוט של שלבי זיהוי השורש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בכמה דוגמאות על הלוח לפני תחילת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לעודד תלמידים לומר את המילים בקול כדי לשמוע את השורש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למשימת הכתיבה אפשר לעבוד בזוגות כדי לחזק את ההבנה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קוראים ונהנים – 4 עולמות בניקוד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משפחות מילים ושורשים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נתרגל מציאת השורש של מילים, ונראה איך מילים שונות שייכות לאותה משפחה.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בחירה - מה השורש?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השורש של המילה כּוֹתֵב?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כת"ב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שמ"ר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למ"ד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שח"ק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השורש של המילה מְלַמֵּד?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שמ"ר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שח"ק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למ"ד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גד"ל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השורש של המילה שׁוֹמֵר?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כת"ב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שמ"ר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למ"ד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שח"ק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השורש של המילה מַגְדִּיל?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גד"ל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כת"ב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שמ"ר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למ"ד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המילים כּוֹתֵב, מִכְתָּב וּכְתִיבָה שייכות לאותה משפחה.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לכל שורש יש בדרך כלל שלוש אותיות.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המילה שֻׁלְחָן שייכת למשפחת השורש למ"ד.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מילים מאותה משפחה תמיד נשמעות בדיוק אותו דבר.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המשפט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אני __________ מכתב לסבא.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השומר __________ על הכיתה כל יום.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הילדים __________ בחצר אחרי הלימודים.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התלמיד __________ שיעור חדש בכיתה.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התאמה - מילה לשורש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כותב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גד"ל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שומר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שח"ק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לומד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כת"ב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משחק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שמ"ר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גדול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למ"ד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מה קודם למה? - מוצאים את השורש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שמים את המילה בקבוצה המתאימה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קוראים את המילה בקול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מחפשים שלוש אותיות שחוזרות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חושבים על מילים נוספות עם אותן אותיות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כותבים ויוצרים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בחרו שורש אחד (כת"ב, שמ"ר, למ"ד או שח"ק) וכתבו שלוש מילים מאותה משפחה.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ציירו ציור וכתבו לידו משפט עם מילה מהמשפחה של שח"ק.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זה שורש?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שתי מילים מאותה משפחה.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איך מוצאים את השורש של מילה?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משפחות מילים ושורשים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